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45C5E" w:rsidRDefault="00874AA2" w:rsidP="00786AB2">
      <w:pPr>
        <w:pStyle w:val="Heading1"/>
        <w:spacing w:before="0"/>
      </w:pPr>
      <w:r>
        <w:t>2026 Activity &amp; Life Enrichment Conference Agenda</w:t>
      </w:r>
    </w:p>
    <w:p w:rsidR="00845C5E" w:rsidRDefault="00874AA2">
      <w:pPr>
        <w:pStyle w:val="Heading2"/>
      </w:pPr>
      <w:r>
        <w:t>Day 1 – February 9, 2026</w:t>
      </w:r>
    </w:p>
    <w:p w:rsidR="00845C5E" w:rsidRDefault="00874AA2">
      <w:pPr>
        <w:pStyle w:val="ListBullet"/>
      </w:pPr>
      <w:r w:rsidRPr="00874AA2">
        <w:rPr>
          <w:i/>
        </w:rPr>
        <w:t>Optional Pre-Conference Session:</w:t>
      </w:r>
      <w:r>
        <w:t xml:space="preserve">  11:00 am – 12:30 pm – Finding Your Voice: Advocating for Yourself, Your Department, and Your Residents</w:t>
      </w:r>
    </w:p>
    <w:p w:rsidR="00845C5E" w:rsidRDefault="00874AA2">
      <w:pPr>
        <w:pStyle w:val="ListBullet"/>
      </w:pPr>
      <w:r>
        <w:t>12:30 pm – Conference Check-In</w:t>
      </w:r>
    </w:p>
    <w:p w:rsidR="00786AB2" w:rsidRPr="00786AB2" w:rsidRDefault="00786AB2" w:rsidP="00786AB2">
      <w:pPr>
        <w:pStyle w:val="ListBullet"/>
        <w:tabs>
          <w:tab w:val="clear" w:pos="360"/>
          <w:tab w:val="num" w:pos="720"/>
        </w:tabs>
        <w:ind w:left="720"/>
        <w:rPr>
          <w:i/>
        </w:rPr>
      </w:pPr>
      <w:r w:rsidRPr="00786AB2">
        <w:rPr>
          <w:i/>
        </w:rPr>
        <w:t>Two registration tables, 6 vendor tables</w:t>
      </w:r>
    </w:p>
    <w:p w:rsidR="00845C5E" w:rsidRDefault="00874AA2">
      <w:pPr>
        <w:pStyle w:val="ListBullet"/>
      </w:pPr>
      <w:r>
        <w:t>1:00 pm – 2:30 pm – Turning Activity “Dreams” into Themes</w:t>
      </w:r>
    </w:p>
    <w:p w:rsidR="00845C5E" w:rsidRDefault="00874AA2">
      <w:pPr>
        <w:pStyle w:val="ListBullet"/>
      </w:pPr>
      <w:r>
        <w:t>2:30 pm – 2:45 pm – Break</w:t>
      </w:r>
    </w:p>
    <w:p w:rsidR="00845C5E" w:rsidRDefault="00874AA2">
      <w:pPr>
        <w:pStyle w:val="ListBullet"/>
      </w:pPr>
      <w:r>
        <w:t>2:45 pm – 4:15 pm – Creating a Culture of All-Team Coaching in Memory Care</w:t>
      </w:r>
    </w:p>
    <w:p w:rsidR="00845C5E" w:rsidRDefault="00874AA2">
      <w:pPr>
        <w:pStyle w:val="ListBullet"/>
      </w:pPr>
      <w:r>
        <w:t>4:30 pm – 5:30 pm – Speed Networking: Sharing Solutions to Common Challenges</w:t>
      </w:r>
    </w:p>
    <w:p w:rsidR="00786AB2" w:rsidRPr="00786AB2" w:rsidRDefault="00786AB2" w:rsidP="00786AB2">
      <w:pPr>
        <w:pStyle w:val="ListBullet"/>
        <w:tabs>
          <w:tab w:val="clear" w:pos="360"/>
          <w:tab w:val="num" w:pos="720"/>
        </w:tabs>
        <w:ind w:left="720"/>
        <w:rPr>
          <w:i/>
        </w:rPr>
      </w:pPr>
      <w:r w:rsidRPr="00786AB2">
        <w:rPr>
          <w:i/>
        </w:rPr>
        <w:t>High tops in four corners</w:t>
      </w:r>
      <w:r>
        <w:rPr>
          <w:i/>
        </w:rPr>
        <w:t xml:space="preserve">, </w:t>
      </w:r>
      <w:r w:rsidRPr="00786AB2">
        <w:rPr>
          <w:i/>
        </w:rPr>
        <w:t>light snacks, beverages</w:t>
      </w:r>
    </w:p>
    <w:p w:rsidR="00845C5E" w:rsidRDefault="00874AA2">
      <w:pPr>
        <w:pStyle w:val="ListBullet"/>
      </w:pPr>
      <w:r>
        <w:t>5:30 pm – Adjourn</w:t>
      </w:r>
    </w:p>
    <w:p w:rsidR="00845C5E" w:rsidRDefault="00874AA2">
      <w:pPr>
        <w:pStyle w:val="Heading2"/>
      </w:pPr>
      <w:r>
        <w:t>Day 2 – February 10, 2026</w:t>
      </w:r>
    </w:p>
    <w:p w:rsidR="00845C5E" w:rsidRDefault="00874AA2">
      <w:pPr>
        <w:pStyle w:val="ListBullet"/>
      </w:pPr>
      <w:r>
        <w:t>8:00 am –Conference Check-In</w:t>
      </w:r>
    </w:p>
    <w:p w:rsidR="00845C5E" w:rsidRDefault="00874AA2">
      <w:pPr>
        <w:pStyle w:val="ListBullet"/>
      </w:pPr>
      <w:r>
        <w:t>8:30 am – 9:30 am – Making Technology Work for You, Today and In the Future</w:t>
      </w:r>
    </w:p>
    <w:p w:rsidR="00845C5E" w:rsidRDefault="00874AA2">
      <w:pPr>
        <w:pStyle w:val="ListBullet"/>
      </w:pPr>
      <w:r>
        <w:t>9:30 am – 9:45 am – Networking Break</w:t>
      </w:r>
    </w:p>
    <w:p w:rsidR="00845C5E" w:rsidRDefault="00874AA2">
      <w:pPr>
        <w:pStyle w:val="ListBullet"/>
      </w:pPr>
      <w:r>
        <w:t>9:45 am – 11:15 am – Managing Time, Space, and People in Activity Programming</w:t>
      </w:r>
    </w:p>
    <w:p w:rsidR="00845C5E" w:rsidRDefault="00874AA2">
      <w:pPr>
        <w:pStyle w:val="ListBullet"/>
      </w:pPr>
      <w:r>
        <w:t xml:space="preserve">11:15 am – </w:t>
      </w:r>
      <w:r w:rsidR="00786AB2">
        <w:t>11:45 am – Awards presentation</w:t>
      </w:r>
    </w:p>
    <w:p w:rsidR="00845C5E" w:rsidRDefault="00874AA2">
      <w:pPr>
        <w:pStyle w:val="ListBullet"/>
      </w:pPr>
      <w:r>
        <w:t>11:</w:t>
      </w:r>
      <w:r w:rsidR="00786AB2">
        <w:t>45</w:t>
      </w:r>
      <w:r>
        <w:t xml:space="preserve"> am – 12:30 pm – Luncheon </w:t>
      </w:r>
    </w:p>
    <w:p w:rsidR="00845C5E" w:rsidRDefault="00874AA2">
      <w:pPr>
        <w:pStyle w:val="ListBullet"/>
      </w:pPr>
      <w:r>
        <w:t>12:30 pm – 1:45 pm – Mastering Activity Department Management: Essential Responsibilities and Best Practices</w:t>
      </w:r>
    </w:p>
    <w:p w:rsidR="00845C5E" w:rsidRDefault="00874AA2">
      <w:pPr>
        <w:pStyle w:val="ListBullet"/>
      </w:pPr>
      <w:r>
        <w:t>1:45 pm – 2:00 pm – Networking Break</w:t>
      </w:r>
    </w:p>
    <w:p w:rsidR="00845C5E" w:rsidRDefault="00874AA2">
      <w:pPr>
        <w:pStyle w:val="ListBullet"/>
      </w:pPr>
      <w:r>
        <w:t>2:00 pm – 3:30 pm – Moments That Matter: Innovative Dementia Activities That Work</w:t>
      </w:r>
    </w:p>
    <w:p w:rsidR="00845C5E" w:rsidRDefault="00874AA2">
      <w:pPr>
        <w:pStyle w:val="ListBullet"/>
      </w:pPr>
      <w:r>
        <w:t>3:30 pm – 3:45 pm – Networking Break</w:t>
      </w:r>
    </w:p>
    <w:p w:rsidR="00845C5E" w:rsidRDefault="00874AA2">
      <w:pPr>
        <w:pStyle w:val="ListBullet"/>
      </w:pPr>
      <w:r>
        <w:t>3:45 pm – 4:45 pm – Music, Memory &amp; Connection: The Memory Disco™ Experience</w:t>
      </w:r>
    </w:p>
    <w:p w:rsidR="00786AB2" w:rsidRPr="00786AB2" w:rsidRDefault="00786AB2" w:rsidP="00786AB2">
      <w:pPr>
        <w:pStyle w:val="ListBullet"/>
        <w:tabs>
          <w:tab w:val="clear" w:pos="360"/>
          <w:tab w:val="num" w:pos="720"/>
        </w:tabs>
        <w:ind w:left="720"/>
        <w:rPr>
          <w:i/>
        </w:rPr>
      </w:pPr>
      <w:r w:rsidRPr="00786AB2">
        <w:rPr>
          <w:i/>
        </w:rPr>
        <w:t>Dance floor area</w:t>
      </w:r>
    </w:p>
    <w:p w:rsidR="00845C5E" w:rsidRDefault="00874AA2">
      <w:pPr>
        <w:pStyle w:val="ListBullet"/>
      </w:pPr>
      <w:r>
        <w:t>5:30 pm – 7:30 pm – The Great Escape! (Optional Evening Session)</w:t>
      </w:r>
    </w:p>
    <w:p w:rsidR="00786AB2" w:rsidRDefault="00786AB2" w:rsidP="00786AB2">
      <w:pPr>
        <w:pStyle w:val="ListBullet"/>
        <w:tabs>
          <w:tab w:val="clear" w:pos="360"/>
          <w:tab w:val="num" w:pos="720"/>
        </w:tabs>
        <w:ind w:left="720"/>
      </w:pPr>
      <w:r>
        <w:rPr>
          <w:i/>
        </w:rPr>
        <w:t xml:space="preserve">Main room set as is, 10 stations around hotel with one table, one chair, </w:t>
      </w:r>
      <w:r w:rsidRPr="00786AB2">
        <w:rPr>
          <w:i/>
        </w:rPr>
        <w:t>pizza, drinks</w:t>
      </w:r>
      <w:bookmarkStart w:id="0" w:name="_GoBack"/>
      <w:bookmarkEnd w:id="0"/>
    </w:p>
    <w:p w:rsidR="00845C5E" w:rsidRDefault="00874AA2">
      <w:pPr>
        <w:pStyle w:val="Heading2"/>
      </w:pPr>
      <w:r>
        <w:t>Day 3 – February 11, 2026</w:t>
      </w:r>
    </w:p>
    <w:p w:rsidR="00845C5E" w:rsidRDefault="00874AA2">
      <w:pPr>
        <w:pStyle w:val="ListBullet"/>
      </w:pPr>
      <w:r>
        <w:t>7:30 am – Conference Check-In</w:t>
      </w:r>
    </w:p>
    <w:p w:rsidR="00845C5E" w:rsidRDefault="00874AA2">
      <w:pPr>
        <w:pStyle w:val="ListBullet"/>
      </w:pPr>
      <w:r>
        <w:t>8:00 am – 9:00 am – Navigating HIPAA Compliance: Marketing and Photography Requirements in Healthcare</w:t>
      </w:r>
    </w:p>
    <w:p w:rsidR="00845C5E" w:rsidRDefault="00874AA2">
      <w:pPr>
        <w:pStyle w:val="ListBullet"/>
      </w:pPr>
      <w:r>
        <w:t>9:00 am – 9:15 am – Networking Break</w:t>
      </w:r>
    </w:p>
    <w:p w:rsidR="00845C5E" w:rsidRDefault="00874AA2">
      <w:pPr>
        <w:pStyle w:val="ListBullet"/>
      </w:pPr>
      <w:r>
        <w:t>9:15 am – 10:15 am – Engagement with Intention: Partnering with Behavioral Health to Reach and Support All Residents</w:t>
      </w:r>
    </w:p>
    <w:p w:rsidR="00845C5E" w:rsidRDefault="00874AA2">
      <w:pPr>
        <w:pStyle w:val="ListBullet"/>
      </w:pPr>
      <w:r>
        <w:t>10:30 am – 10:45 am – Networking Break</w:t>
      </w:r>
    </w:p>
    <w:p w:rsidR="00845C5E" w:rsidRDefault="00874AA2">
      <w:pPr>
        <w:pStyle w:val="ListBullet"/>
      </w:pPr>
      <w:r>
        <w:t>10:45 am – 11:45 am – Overview of Activity Documentation</w:t>
      </w:r>
    </w:p>
    <w:p w:rsidR="00845C5E" w:rsidRDefault="00874AA2">
      <w:pPr>
        <w:pStyle w:val="ListBullet"/>
      </w:pPr>
      <w:r>
        <w:t>11:45 am – 12:30 pm – Networking Lunch</w:t>
      </w:r>
    </w:p>
    <w:p w:rsidR="00845C5E" w:rsidRDefault="00874AA2">
      <w:pPr>
        <w:pStyle w:val="ListBullet"/>
      </w:pPr>
      <w:r>
        <w:t>12:30 pm – 1:30 pm – Completing a Detailed Activity Assessment</w:t>
      </w:r>
    </w:p>
    <w:p w:rsidR="00845C5E" w:rsidRDefault="00874AA2">
      <w:pPr>
        <w:pStyle w:val="ListBullet"/>
      </w:pPr>
      <w:r>
        <w:lastRenderedPageBreak/>
        <w:t>1:30 pm – 1:45 pm – Networking Break</w:t>
      </w:r>
    </w:p>
    <w:p w:rsidR="00845C5E" w:rsidRDefault="00874AA2">
      <w:pPr>
        <w:pStyle w:val="ListBullet"/>
      </w:pPr>
      <w:r>
        <w:t>1:45 pm – 3:30 pm – Regulatory BINGO</w:t>
      </w:r>
    </w:p>
    <w:p w:rsidR="00845C5E" w:rsidRDefault="00874AA2">
      <w:pPr>
        <w:pStyle w:val="ListBullet"/>
      </w:pPr>
      <w:r>
        <w:t>3:30 pm – Conference Concludes</w:t>
      </w:r>
    </w:p>
    <w:sectPr w:rsidR="00845C5E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1E4E2E"/>
    <w:rsid w:val="0029639D"/>
    <w:rsid w:val="00326F90"/>
    <w:rsid w:val="00786AB2"/>
    <w:rsid w:val="00845C5E"/>
    <w:rsid w:val="00874AA2"/>
    <w:rsid w:val="00AA1D8D"/>
    <w:rsid w:val="00B47730"/>
    <w:rsid w:val="00CB0664"/>
    <w:rsid w:val="00E73A86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25D341C"/>
  <w14:defaultImageDpi w14:val="300"/>
  <w15:docId w15:val="{13D505BF-3E6C-46C3-972E-469B7FA21D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FF1DCA22-E129-49F9-84C9-6708894DC1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303</Words>
  <Characters>1732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2031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Kathy Chapman</cp:lastModifiedBy>
  <cp:revision>4</cp:revision>
  <dcterms:created xsi:type="dcterms:W3CDTF">2025-11-07T20:22:00Z</dcterms:created>
  <dcterms:modified xsi:type="dcterms:W3CDTF">2026-01-22T13:54:00Z</dcterms:modified>
  <cp:category/>
</cp:coreProperties>
</file>